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0B67" w14:textId="3FB285A2" w:rsidR="00C66791" w:rsidRPr="0097208B" w:rsidRDefault="00EA3933">
      <w:pPr>
        <w:pStyle w:val="aa"/>
        <w:rPr>
          <w:color w:val="000000" w:themeColor="text1"/>
          <w:sz w:val="40"/>
          <w:szCs w:val="40"/>
          <w:lang w:eastAsia="ja-JP"/>
        </w:rPr>
      </w:pPr>
      <w:r>
        <w:rPr>
          <w:rFonts w:hint="eastAsia"/>
          <w:color w:val="000000" w:themeColor="text1"/>
          <w:sz w:val="40"/>
          <w:szCs w:val="40"/>
          <w:lang w:eastAsia="ja-JP"/>
        </w:rPr>
        <w:t>自主防災</w:t>
      </w:r>
      <w:r w:rsidR="000C556D" w:rsidRPr="0097208B">
        <w:rPr>
          <w:color w:val="000000" w:themeColor="text1"/>
          <w:sz w:val="40"/>
          <w:szCs w:val="40"/>
          <w:lang w:eastAsia="ja-JP"/>
        </w:rPr>
        <w:t>組織育成事業　調査票</w:t>
      </w:r>
    </w:p>
    <w:p w14:paraId="45E84602" w14:textId="6D4734CC" w:rsidR="00C66791" w:rsidRPr="0097208B" w:rsidRDefault="000C556D" w:rsidP="0097208B">
      <w:pPr>
        <w:ind w:firstLineChars="100" w:firstLine="220"/>
        <w:rPr>
          <w:color w:val="000000" w:themeColor="text1"/>
          <w:lang w:eastAsia="ja-JP"/>
        </w:rPr>
      </w:pPr>
      <w:r w:rsidRPr="0097208B">
        <w:rPr>
          <w:color w:val="000000" w:themeColor="text1"/>
          <w:lang w:eastAsia="ja-JP"/>
        </w:rPr>
        <w:t>本調査票は、審査基準に基づき団体の体制や活動内容を</w:t>
      </w:r>
      <w:r w:rsidR="00045E0B" w:rsidRPr="0097208B">
        <w:rPr>
          <w:rFonts w:hint="eastAsia"/>
          <w:color w:val="000000" w:themeColor="text1"/>
          <w:lang w:eastAsia="ja-JP"/>
        </w:rPr>
        <w:t>実績等の</w:t>
      </w:r>
      <w:r w:rsidRPr="0097208B">
        <w:rPr>
          <w:color w:val="000000" w:themeColor="text1"/>
          <w:lang w:eastAsia="ja-JP"/>
        </w:rPr>
        <w:t>確認</w:t>
      </w:r>
      <w:r w:rsidR="00045E0B" w:rsidRPr="0097208B">
        <w:rPr>
          <w:rFonts w:hint="eastAsia"/>
          <w:color w:val="000000" w:themeColor="text1"/>
          <w:lang w:eastAsia="ja-JP"/>
        </w:rPr>
        <w:t>を行い、</w:t>
      </w:r>
      <w:r w:rsidR="000B2B1C" w:rsidRPr="0097208B">
        <w:rPr>
          <w:rFonts w:hint="eastAsia"/>
          <w:color w:val="000000" w:themeColor="text1"/>
          <w:lang w:eastAsia="ja-JP"/>
        </w:rPr>
        <w:t>評価</w:t>
      </w:r>
      <w:r w:rsidRPr="0097208B">
        <w:rPr>
          <w:color w:val="000000" w:themeColor="text1"/>
          <w:lang w:eastAsia="ja-JP"/>
        </w:rPr>
        <w:t>するため</w:t>
      </w:r>
      <w:r w:rsidR="00045E0B" w:rsidRPr="0097208B">
        <w:rPr>
          <w:rFonts w:hint="eastAsia"/>
          <w:color w:val="000000" w:themeColor="text1"/>
          <w:lang w:eastAsia="ja-JP"/>
        </w:rPr>
        <w:t>の基礎資料</w:t>
      </w:r>
      <w:r w:rsidRPr="0097208B">
        <w:rPr>
          <w:color w:val="000000" w:themeColor="text1"/>
          <w:lang w:eastAsia="ja-JP"/>
        </w:rPr>
        <w:t>です。各項目について</w:t>
      </w:r>
      <w:r w:rsidR="00F80D8F" w:rsidRPr="0097208B">
        <w:rPr>
          <w:rFonts w:hint="eastAsia"/>
          <w:color w:val="000000" w:themeColor="text1"/>
          <w:lang w:eastAsia="ja-JP"/>
        </w:rPr>
        <w:t>詳しく</w:t>
      </w:r>
      <w:r w:rsidR="00BC0DC6" w:rsidRPr="0097208B">
        <w:rPr>
          <w:rFonts w:hint="eastAsia"/>
          <w:color w:val="000000" w:themeColor="text1"/>
          <w:lang w:eastAsia="ja-JP"/>
        </w:rPr>
        <w:t>御記入願います</w:t>
      </w:r>
      <w:r w:rsidRPr="0097208B">
        <w:rPr>
          <w:color w:val="000000" w:themeColor="text1"/>
          <w:lang w:eastAsia="ja-JP"/>
        </w:rPr>
        <w:t>。</w:t>
      </w:r>
    </w:p>
    <w:p w14:paraId="7AD2A186" w14:textId="1E54B935" w:rsidR="00C66791" w:rsidRPr="0097208B" w:rsidRDefault="0097208B">
      <w:pPr>
        <w:pStyle w:val="1"/>
        <w:rPr>
          <w:color w:val="000000" w:themeColor="text1"/>
          <w:lang w:eastAsia="ja-JP"/>
        </w:rPr>
      </w:pPr>
      <w:r>
        <w:rPr>
          <w:rFonts w:hint="eastAsia"/>
          <w:color w:val="000000" w:themeColor="text1"/>
          <w:lang w:eastAsia="ja-JP"/>
        </w:rPr>
        <w:t xml:space="preserve">１　</w:t>
      </w:r>
      <w:proofErr w:type="spellStart"/>
      <w:r w:rsidR="000C556D" w:rsidRPr="0097208B">
        <w:rPr>
          <w:color w:val="000000" w:themeColor="text1"/>
        </w:rPr>
        <w:t>基本情報</w:t>
      </w:r>
      <w:proofErr w:type="spellEnd"/>
    </w:p>
    <w:tbl>
      <w:tblPr>
        <w:tblStyle w:val="afe"/>
        <w:tblW w:w="0" w:type="auto"/>
        <w:tblInd w:w="562" w:type="dxa"/>
        <w:tblLook w:val="04A0" w:firstRow="1" w:lastRow="0" w:firstColumn="1" w:lastColumn="0" w:noHBand="0" w:noVBand="1"/>
      </w:tblPr>
      <w:tblGrid>
        <w:gridCol w:w="2490"/>
        <w:gridCol w:w="5804"/>
      </w:tblGrid>
      <w:tr w:rsidR="00F80D8F" w:rsidRPr="0097208B" w14:paraId="3A737D75" w14:textId="77777777" w:rsidTr="0097208B">
        <w:tc>
          <w:tcPr>
            <w:tcW w:w="2490" w:type="dxa"/>
          </w:tcPr>
          <w:p w14:paraId="7D8B99F9" w14:textId="77777777" w:rsidR="00F80D8F" w:rsidRPr="0097208B" w:rsidRDefault="00F80D8F">
            <w:pPr>
              <w:rPr>
                <w:color w:val="000000" w:themeColor="text1"/>
              </w:rPr>
            </w:pPr>
            <w:proofErr w:type="spellStart"/>
            <w:r w:rsidRPr="0097208B">
              <w:rPr>
                <w:color w:val="000000" w:themeColor="text1"/>
              </w:rPr>
              <w:t>団体名</w:t>
            </w:r>
            <w:proofErr w:type="spellEnd"/>
          </w:p>
        </w:tc>
        <w:tc>
          <w:tcPr>
            <w:tcW w:w="5804" w:type="dxa"/>
          </w:tcPr>
          <w:p w14:paraId="6F9ECEE1" w14:textId="77BB2751" w:rsidR="00F80D8F" w:rsidRPr="0097208B" w:rsidRDefault="00F80D8F" w:rsidP="00F80D8F">
            <w:pPr>
              <w:rPr>
                <w:color w:val="000000" w:themeColor="text1"/>
              </w:rPr>
            </w:pPr>
          </w:p>
        </w:tc>
      </w:tr>
      <w:tr w:rsidR="00F80D8F" w:rsidRPr="0097208B" w14:paraId="23A7C6BE" w14:textId="77777777" w:rsidTr="0097208B">
        <w:tc>
          <w:tcPr>
            <w:tcW w:w="2490" w:type="dxa"/>
          </w:tcPr>
          <w:p w14:paraId="7BA0C4BF" w14:textId="77777777" w:rsidR="00F80D8F" w:rsidRPr="0097208B" w:rsidRDefault="00F80D8F">
            <w:pPr>
              <w:rPr>
                <w:color w:val="000000" w:themeColor="text1"/>
              </w:rPr>
            </w:pPr>
            <w:proofErr w:type="spellStart"/>
            <w:r w:rsidRPr="0097208B">
              <w:rPr>
                <w:color w:val="000000" w:themeColor="text1"/>
              </w:rPr>
              <w:t>代表者名</w:t>
            </w:r>
            <w:proofErr w:type="spellEnd"/>
          </w:p>
        </w:tc>
        <w:tc>
          <w:tcPr>
            <w:tcW w:w="5804" w:type="dxa"/>
          </w:tcPr>
          <w:p w14:paraId="61A8CC05" w14:textId="73B9D94E" w:rsidR="00F80D8F" w:rsidRPr="0097208B" w:rsidRDefault="00F80D8F">
            <w:pPr>
              <w:rPr>
                <w:color w:val="000000" w:themeColor="text1"/>
              </w:rPr>
            </w:pPr>
          </w:p>
        </w:tc>
      </w:tr>
      <w:tr w:rsidR="00F80D8F" w:rsidRPr="0097208B" w14:paraId="17CE7631" w14:textId="77777777" w:rsidTr="0097208B">
        <w:tc>
          <w:tcPr>
            <w:tcW w:w="2490" w:type="dxa"/>
          </w:tcPr>
          <w:p w14:paraId="76802237" w14:textId="77777777" w:rsidR="00F80D8F" w:rsidRPr="0097208B" w:rsidRDefault="00F80D8F">
            <w:pPr>
              <w:rPr>
                <w:color w:val="000000" w:themeColor="text1"/>
              </w:rPr>
            </w:pPr>
            <w:proofErr w:type="spellStart"/>
            <w:r w:rsidRPr="0097208B">
              <w:rPr>
                <w:color w:val="000000" w:themeColor="text1"/>
              </w:rPr>
              <w:t>所在地</w:t>
            </w:r>
            <w:proofErr w:type="spellEnd"/>
          </w:p>
        </w:tc>
        <w:tc>
          <w:tcPr>
            <w:tcW w:w="5804" w:type="dxa"/>
            <w:tcBorders>
              <w:right w:val="single" w:sz="4" w:space="0" w:color="auto"/>
            </w:tcBorders>
          </w:tcPr>
          <w:p w14:paraId="2CAD84DA" w14:textId="129C9C06" w:rsidR="00F80D8F" w:rsidRPr="0097208B" w:rsidRDefault="00F80D8F">
            <w:pPr>
              <w:rPr>
                <w:color w:val="000000" w:themeColor="text1"/>
              </w:rPr>
            </w:pPr>
          </w:p>
        </w:tc>
      </w:tr>
      <w:tr w:rsidR="00F80D8F" w:rsidRPr="0097208B" w14:paraId="4CDBB912" w14:textId="77777777" w:rsidTr="0097208B">
        <w:tc>
          <w:tcPr>
            <w:tcW w:w="2490" w:type="dxa"/>
          </w:tcPr>
          <w:p w14:paraId="6698E4DB" w14:textId="6011FCD1" w:rsidR="00F80D8F" w:rsidRPr="0097208B" w:rsidRDefault="00F80D8F">
            <w:pPr>
              <w:rPr>
                <w:color w:val="000000" w:themeColor="text1"/>
                <w:lang w:eastAsia="ja-JP"/>
              </w:rPr>
            </w:pPr>
            <w:r w:rsidRPr="0097208B">
              <w:rPr>
                <w:color w:val="000000" w:themeColor="text1"/>
                <w:lang w:eastAsia="ja-JP"/>
              </w:rPr>
              <w:t>構成世帯数</w:t>
            </w:r>
            <w:r w:rsidR="0097208B">
              <w:rPr>
                <w:rFonts w:hint="eastAsia"/>
                <w:color w:val="000000" w:themeColor="text1"/>
                <w:lang w:eastAsia="ja-JP"/>
              </w:rPr>
              <w:t>又は人数</w:t>
            </w:r>
          </w:p>
        </w:tc>
        <w:tc>
          <w:tcPr>
            <w:tcW w:w="5804" w:type="dxa"/>
            <w:tcBorders>
              <w:right w:val="single" w:sz="4" w:space="0" w:color="auto"/>
            </w:tcBorders>
          </w:tcPr>
          <w:p w14:paraId="12908219" w14:textId="14A4278F" w:rsidR="00F80D8F" w:rsidRPr="0097208B" w:rsidRDefault="00F80D8F">
            <w:pPr>
              <w:rPr>
                <w:color w:val="000000" w:themeColor="text1"/>
                <w:lang w:eastAsia="ja-JP"/>
              </w:rPr>
            </w:pPr>
          </w:p>
        </w:tc>
      </w:tr>
    </w:tbl>
    <w:p w14:paraId="2457C607" w14:textId="5B1279F6" w:rsidR="00C66791" w:rsidRPr="0097208B" w:rsidRDefault="0097208B">
      <w:pPr>
        <w:pStyle w:val="1"/>
        <w:rPr>
          <w:color w:val="000000" w:themeColor="text1"/>
          <w:lang w:eastAsia="ja-JP"/>
        </w:rPr>
      </w:pPr>
      <w:r w:rsidRPr="0097208B">
        <w:rPr>
          <w:rFonts w:hint="eastAsia"/>
          <w:color w:val="000000" w:themeColor="text1"/>
          <w:lang w:eastAsia="ja-JP"/>
        </w:rPr>
        <w:t>２</w:t>
      </w:r>
      <w:r w:rsidR="00465E92" w:rsidRPr="0097208B">
        <w:rPr>
          <w:rFonts w:hint="eastAsia"/>
          <w:color w:val="000000" w:themeColor="text1"/>
          <w:lang w:eastAsia="ja-JP"/>
        </w:rPr>
        <w:t xml:space="preserve">　</w:t>
      </w:r>
      <w:r w:rsidRPr="0097208B">
        <w:rPr>
          <w:rFonts w:hint="eastAsia"/>
          <w:color w:val="000000" w:themeColor="text1"/>
          <w:lang w:eastAsia="ja-JP"/>
        </w:rPr>
        <w:t>調査内容</w:t>
      </w:r>
    </w:p>
    <w:tbl>
      <w:tblPr>
        <w:tblStyle w:val="afe"/>
        <w:tblpPr w:leftFromText="142" w:rightFromText="142" w:vertAnchor="text" w:horzAnchor="page" w:tblpX="2113" w:tblpY="442"/>
        <w:tblW w:w="0" w:type="auto"/>
        <w:tblLook w:val="04A0" w:firstRow="1" w:lastRow="0" w:firstColumn="1" w:lastColumn="0" w:noHBand="0" w:noVBand="1"/>
      </w:tblPr>
      <w:tblGrid>
        <w:gridCol w:w="4673"/>
      </w:tblGrid>
      <w:tr w:rsidR="001D3AFD" w:rsidRPr="0097208B" w14:paraId="396E5C39" w14:textId="77777777" w:rsidTr="00D9266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CBE7" w14:textId="77777777" w:rsidR="001D3AFD" w:rsidRPr="0097208B" w:rsidRDefault="001D3AFD" w:rsidP="00D9266E">
            <w:pPr>
              <w:rPr>
                <w:rFonts w:ascii="ＭＳ 明朝" w:hAnsi="ＭＳ 明朝" w:cs="Times New Roman"/>
                <w:color w:val="000000" w:themeColor="text1"/>
                <w:lang w:eastAsia="ja-JP"/>
              </w:rPr>
            </w:pPr>
            <w:r w:rsidRPr="0097208B">
              <w:rPr>
                <w:rFonts w:ascii="ＭＳ 明朝" w:hAnsi="ＭＳ 明朝" w:cs="Times New Roman" w:hint="eastAsia"/>
                <w:color w:val="000000" w:themeColor="text1"/>
                <w:lang w:eastAsia="ja-JP"/>
              </w:rPr>
              <w:t>・岩手県地域防災サポーター派遣制度</w:t>
            </w:r>
          </w:p>
        </w:tc>
      </w:tr>
      <w:tr w:rsidR="001D3AFD" w:rsidRPr="0097208B" w14:paraId="52127665" w14:textId="77777777" w:rsidTr="00D9266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4C18F" w14:textId="77777777" w:rsidR="001D3AFD" w:rsidRPr="0097208B" w:rsidRDefault="001D3AFD" w:rsidP="00D9266E">
            <w:pPr>
              <w:rPr>
                <w:rFonts w:ascii="ＭＳ 明朝" w:hAnsi="ＭＳ 明朝" w:cs="Times New Roman"/>
                <w:color w:val="000000" w:themeColor="text1"/>
                <w:lang w:eastAsia="ja-JP"/>
              </w:rPr>
            </w:pPr>
            <w:r w:rsidRPr="0097208B">
              <w:rPr>
                <w:rFonts w:ascii="ＭＳ 明朝" w:hAnsi="ＭＳ 明朝" w:cs="Times New Roman" w:hint="eastAsia"/>
                <w:color w:val="000000" w:themeColor="text1"/>
                <w:lang w:eastAsia="ja-JP"/>
              </w:rPr>
              <w:t>・岩手県自主防災組織リーダー研修会</w:t>
            </w:r>
          </w:p>
        </w:tc>
      </w:tr>
      <w:tr w:rsidR="001D3AFD" w:rsidRPr="0097208B" w14:paraId="3A0805C8" w14:textId="77777777" w:rsidTr="00D9266E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ECAA" w14:textId="77777777" w:rsidR="001D3AFD" w:rsidRPr="0097208B" w:rsidRDefault="001D3AFD" w:rsidP="00D9266E">
            <w:pPr>
              <w:rPr>
                <w:rFonts w:ascii="ＭＳ 明朝" w:hAnsi="ＭＳ 明朝" w:cs="Times New Roman"/>
                <w:color w:val="000000" w:themeColor="text1"/>
                <w:lang w:eastAsia="ja-JP"/>
              </w:rPr>
            </w:pPr>
            <w:r w:rsidRPr="0097208B">
              <w:rPr>
                <w:rFonts w:ascii="ＭＳ 明朝" w:hAnsi="ＭＳ 明朝" w:cs="Times New Roman" w:hint="eastAsia"/>
                <w:color w:val="000000" w:themeColor="text1"/>
                <w:lang w:eastAsia="ja-JP"/>
              </w:rPr>
              <w:t>・防災士スキルアップ研修</w:t>
            </w:r>
          </w:p>
        </w:tc>
      </w:tr>
      <w:tr w:rsidR="001D3AFD" w:rsidRPr="0097208B" w14:paraId="0BCB9154" w14:textId="77777777" w:rsidTr="00D9266E">
        <w:trPr>
          <w:trHeight w:val="308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A332" w14:textId="6A94C7E2" w:rsidR="001D3AFD" w:rsidRPr="0097208B" w:rsidRDefault="001D3AFD" w:rsidP="00D9266E">
            <w:pPr>
              <w:rPr>
                <w:rFonts w:ascii="ＭＳ 明朝" w:hAnsi="ＭＳ 明朝" w:cs="Times New Roman"/>
                <w:color w:val="000000" w:themeColor="text1"/>
                <w:lang w:eastAsia="ja-JP"/>
              </w:rPr>
            </w:pPr>
            <w:r w:rsidRPr="0097208B">
              <w:rPr>
                <w:rFonts w:ascii="ＭＳ 明朝" w:hAnsi="ＭＳ 明朝" w:cs="Times New Roman" w:hint="eastAsia"/>
                <w:color w:val="000000" w:themeColor="text1"/>
                <w:lang w:eastAsia="ja-JP"/>
              </w:rPr>
              <w:t>・自主防災組織実態調査回答</w:t>
            </w:r>
            <w:r w:rsidR="00FD7F34" w:rsidRPr="0097208B">
              <w:rPr>
                <w:rFonts w:ascii="ＭＳ 明朝" w:hAnsi="ＭＳ 明朝" w:cs="Times New Roman" w:hint="eastAsia"/>
                <w:color w:val="000000" w:themeColor="text1"/>
                <w:lang w:eastAsia="ja-JP"/>
              </w:rPr>
              <w:t>（今年度のみ）</w:t>
            </w:r>
          </w:p>
        </w:tc>
      </w:tr>
    </w:tbl>
    <w:p w14:paraId="34493F62" w14:textId="6EF34927" w:rsidR="00445D6D" w:rsidRPr="0097208B" w:rsidRDefault="00D9266E" w:rsidP="00445D6D">
      <w:pPr>
        <w:ind w:leftChars="100" w:left="440" w:hangingChars="100" w:hanging="220"/>
        <w:rPr>
          <w:color w:val="000000" w:themeColor="text1"/>
          <w:lang w:eastAsia="ja-JP"/>
        </w:rPr>
      </w:pPr>
      <w:r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(1)</w:t>
      </w:r>
      <w:r w:rsidR="00465E92" w:rsidRPr="0097208B">
        <w:rPr>
          <w:rFonts w:ascii="ＭＳ ゴシック" w:eastAsia="ＭＳ ゴシック" w:hAnsi="ＭＳ ゴシック"/>
          <w:color w:val="000000" w:themeColor="text1"/>
          <w:lang w:eastAsia="ja-JP"/>
        </w:rPr>
        <w:t xml:space="preserve">　</w:t>
      </w:r>
      <w:r w:rsidR="0097208B" w:rsidRPr="0097208B">
        <w:rPr>
          <w:rFonts w:ascii="ＭＳ ゴシック" w:eastAsia="ＭＳ ゴシック" w:hAnsi="ＭＳ ゴシック"/>
          <w:color w:val="000000" w:themeColor="text1"/>
          <w:lang w:eastAsia="ja-JP"/>
        </w:rPr>
        <w:t>過去３年間（令和６年度～８年度）</w:t>
      </w:r>
      <w:r w:rsid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における</w:t>
      </w:r>
      <w:r w:rsidR="00465E92" w:rsidRPr="0097208B">
        <w:rPr>
          <w:rFonts w:ascii="ＭＳ ゴシック" w:eastAsia="ＭＳ ゴシック" w:hAnsi="ＭＳ ゴシック"/>
          <w:color w:val="000000" w:themeColor="text1"/>
          <w:lang w:eastAsia="ja-JP"/>
        </w:rPr>
        <w:t>県事業の活用状況</w:t>
      </w:r>
      <w:r w:rsid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・予定</w:t>
      </w:r>
    </w:p>
    <w:p w14:paraId="0C8A53FF" w14:textId="77777777" w:rsidR="00750744" w:rsidRPr="0097208B" w:rsidRDefault="00750744" w:rsidP="00445D6D">
      <w:pPr>
        <w:ind w:leftChars="100" w:left="440" w:hangingChars="100" w:hanging="220"/>
        <w:rPr>
          <w:color w:val="000000" w:themeColor="text1"/>
          <w:lang w:eastAsia="ja-JP"/>
        </w:rPr>
      </w:pPr>
    </w:p>
    <w:p w14:paraId="6E3094AF" w14:textId="77777777" w:rsidR="00750744" w:rsidRPr="0097208B" w:rsidRDefault="00750744" w:rsidP="00445D6D">
      <w:pPr>
        <w:ind w:leftChars="100" w:left="440" w:hangingChars="100" w:hanging="220"/>
        <w:rPr>
          <w:color w:val="000000" w:themeColor="text1"/>
          <w:lang w:eastAsia="ja-JP"/>
        </w:rPr>
      </w:pPr>
    </w:p>
    <w:p w14:paraId="78747F3F" w14:textId="3E4DF0EA" w:rsidR="00445D6D" w:rsidRPr="0097208B" w:rsidRDefault="00445D6D" w:rsidP="00445D6D">
      <w:pPr>
        <w:ind w:leftChars="100" w:left="440" w:hangingChars="100" w:hanging="220"/>
        <w:rPr>
          <w:color w:val="000000" w:themeColor="text1"/>
          <w:lang w:eastAsia="ja-JP"/>
        </w:rPr>
      </w:pPr>
      <w:r w:rsidRPr="0097208B">
        <w:rPr>
          <w:rFonts w:hint="eastAsia"/>
          <w:noProof/>
          <w:color w:val="000000" w:themeColor="text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0BAB68" wp14:editId="4545C99F">
                <wp:simplePos x="0" y="0"/>
                <wp:positionH relativeFrom="margin">
                  <wp:posOffset>410210</wp:posOffset>
                </wp:positionH>
                <wp:positionV relativeFrom="paragraph">
                  <wp:posOffset>113665</wp:posOffset>
                </wp:positionV>
                <wp:extent cx="5236845" cy="2301240"/>
                <wp:effectExtent l="0" t="0" r="20955" b="22860"/>
                <wp:wrapNone/>
                <wp:docPr id="18334743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6845" cy="2301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AE6E58" w14:textId="3F45E160" w:rsidR="001D3AFD" w:rsidRDefault="001D3AFD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該当するものに○を記載の上、参加人数を記載願います。</w:t>
                            </w:r>
                          </w:p>
                          <w:p w14:paraId="7760FE10" w14:textId="0C7E13B3" w:rsidR="001D3AFD" w:rsidRDefault="001D3AF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・岩手県地域防災サポーター派遣制度　　活用している</w:t>
                            </w:r>
                            <w:r w:rsidR="0097208B" w:rsidRPr="0097208B"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  <w:t>（R○年度）</w:t>
                            </w: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/していない</w:t>
                            </w:r>
                          </w:p>
                          <w:p w14:paraId="245A6B3D" w14:textId="3585FA95" w:rsidR="001D3AFD" w:rsidRDefault="001D3AF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・岩手県自主防災組織リーダー研修会　　参加している/参加していない（</w:t>
                            </w:r>
                            <w:r w:rsidR="00C974ED"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R○：</w:t>
                            </w: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○人）</w:t>
                            </w:r>
                          </w:p>
                          <w:p w14:paraId="6279349D" w14:textId="7BAA67F6" w:rsidR="00C974ED" w:rsidRDefault="00C974E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（例）R6：３人、R7：５人などのように記載</w:t>
                            </w:r>
                          </w:p>
                          <w:p w14:paraId="3C252796" w14:textId="786C6EEB" w:rsidR="00C974ED" w:rsidRPr="00C974ED" w:rsidRDefault="001D3AF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・防災士スキルアップ研修　　参加している/参加していない（</w:t>
                            </w:r>
                            <w:r w:rsidR="00C974ED"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R○：</w:t>
                            </w: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○人）</w:t>
                            </w:r>
                          </w:p>
                          <w:p w14:paraId="47E22BBA" w14:textId="30003BA9" w:rsidR="001D3AFD" w:rsidRDefault="001D3AF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>・自主防災組織実態調査回答　　回答した/回答していない</w:t>
                            </w:r>
                          </w:p>
                          <w:p w14:paraId="00F3602D" w14:textId="0D7A3546" w:rsidR="001D3AFD" w:rsidRDefault="001D3AF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05A1502B" w14:textId="13BD5AE5" w:rsidR="001D3AFD" w:rsidRPr="001D3AFD" w:rsidRDefault="001D3AFD" w:rsidP="001D3AFD">
                            <w:pPr>
                              <w:rPr>
                                <w:rFonts w:ascii="ＭＳ 明朝" w:hAnsi="ＭＳ 明朝" w:cs="Times New Roman"/>
                                <w:lang w:eastAsia="ja-JP"/>
                              </w:rPr>
                            </w:pPr>
                            <w:r>
                              <w:rPr>
                                <w:rFonts w:ascii="ＭＳ 明朝" w:hAnsi="ＭＳ 明朝" w:cs="Times New Roman" w:hint="eastAsia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55D14496" w14:textId="77777777" w:rsidR="001D3AFD" w:rsidRPr="001D3AFD" w:rsidRDefault="001D3AFD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BAB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3pt;margin-top:8.95pt;width:412.35pt;height:18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" fillcolor="white [3201]" strokeweight=".5pt">
                <v:textbox>
                  <w:txbxContent>
                    <w:p w14:paraId="00AE6E58" w14:textId="3F45E160" w:rsidR="001D3AFD" w:rsidRDefault="001D3AFD">
                      <w:pPr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該当するものに○を記載の上、参加人数を記載願います。</w:t>
                      </w:r>
                    </w:p>
                    <w:p w14:paraId="7760FE10" w14:textId="0C7E13B3" w:rsidR="001D3AFD" w:rsidRDefault="001D3AF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・岩手県地域防災サポーター派遣制度　　活用している</w:t>
                      </w:r>
                      <w:r w:rsidR="0097208B" w:rsidRPr="0097208B">
                        <w:rPr>
                          <w:rFonts w:ascii="ＭＳ 明朝" w:hAnsi="ＭＳ 明朝" w:cs="Times New Roman"/>
                          <w:lang w:eastAsia="ja-JP"/>
                        </w:rPr>
                        <w:t>（R○年度）</w:t>
                      </w: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/していない</w:t>
                      </w:r>
                    </w:p>
                    <w:p w14:paraId="245A6B3D" w14:textId="3585FA95" w:rsidR="001D3AFD" w:rsidRDefault="001D3AF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・岩手県自主防災組織リーダー研修会　　参加している/参加していない（</w:t>
                      </w:r>
                      <w:r w:rsidR="00C974ED">
                        <w:rPr>
                          <w:rFonts w:ascii="ＭＳ 明朝" w:hAnsi="ＭＳ 明朝" w:cs="Times New Roman" w:hint="eastAsia"/>
                          <w:lang w:eastAsia="ja-JP"/>
                        </w:rPr>
                        <w:t>R○：</w:t>
                      </w: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○人）</w:t>
                      </w:r>
                    </w:p>
                    <w:p w14:paraId="6279349D" w14:textId="7BAA67F6" w:rsidR="00C974ED" w:rsidRDefault="00C974E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（例）R6：３人、R7：５人などのように記載</w:t>
                      </w:r>
                    </w:p>
                    <w:p w14:paraId="3C252796" w14:textId="786C6EEB" w:rsidR="00C974ED" w:rsidRPr="00C974ED" w:rsidRDefault="001D3AF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・防災士スキルアップ研修　　参加している/参加していない（</w:t>
                      </w:r>
                      <w:r w:rsidR="00C974ED">
                        <w:rPr>
                          <w:rFonts w:ascii="ＭＳ 明朝" w:hAnsi="ＭＳ 明朝" w:cs="Times New Roman" w:hint="eastAsia"/>
                          <w:lang w:eastAsia="ja-JP"/>
                        </w:rPr>
                        <w:t>R○：</w:t>
                      </w: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○人）</w:t>
                      </w:r>
                    </w:p>
                    <w:p w14:paraId="47E22BBA" w14:textId="30003BA9" w:rsidR="001D3AFD" w:rsidRDefault="001D3AF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>・自主防災組織実態調査回答　　回答した/回答していない</w:t>
                      </w:r>
                    </w:p>
                    <w:p w14:paraId="00F3602D" w14:textId="0D7A3546" w:rsidR="001D3AFD" w:rsidRDefault="001D3AF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 xml:space="preserve">　</w:t>
                      </w:r>
                    </w:p>
                    <w:p w14:paraId="05A1502B" w14:textId="13BD5AE5" w:rsidR="001D3AFD" w:rsidRPr="001D3AFD" w:rsidRDefault="001D3AFD" w:rsidP="001D3AFD">
                      <w:pPr>
                        <w:rPr>
                          <w:rFonts w:ascii="ＭＳ 明朝" w:hAnsi="ＭＳ 明朝" w:cs="Times New Roman"/>
                          <w:lang w:eastAsia="ja-JP"/>
                        </w:rPr>
                      </w:pPr>
                      <w:r>
                        <w:rPr>
                          <w:rFonts w:ascii="ＭＳ 明朝" w:hAnsi="ＭＳ 明朝" w:cs="Times New Roman" w:hint="eastAsia"/>
                          <w:lang w:eastAsia="ja-JP"/>
                        </w:rPr>
                        <w:t xml:space="preserve">　</w:t>
                      </w:r>
                    </w:p>
                    <w:p w14:paraId="55D14496" w14:textId="77777777" w:rsidR="001D3AFD" w:rsidRPr="001D3AFD" w:rsidRDefault="001D3AFD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E0B48A" w14:textId="2603437C" w:rsidR="00CA0E53" w:rsidRPr="0097208B" w:rsidRDefault="00CA0E53">
      <w:pPr>
        <w:rPr>
          <w:color w:val="000000" w:themeColor="text1"/>
          <w:lang w:eastAsia="ja-JP"/>
        </w:rPr>
      </w:pPr>
    </w:p>
    <w:p w14:paraId="2FCDD348" w14:textId="77777777" w:rsidR="005E6C5D" w:rsidRPr="0097208B" w:rsidRDefault="005E6C5D">
      <w:pPr>
        <w:rPr>
          <w:color w:val="000000" w:themeColor="text1"/>
          <w:lang w:eastAsia="ja-JP"/>
        </w:rPr>
      </w:pPr>
    </w:p>
    <w:p w14:paraId="5AC81F12" w14:textId="77777777" w:rsidR="005E6C5D" w:rsidRPr="0097208B" w:rsidRDefault="005E6C5D">
      <w:pPr>
        <w:rPr>
          <w:color w:val="000000" w:themeColor="text1"/>
          <w:lang w:eastAsia="ja-JP"/>
        </w:rPr>
      </w:pPr>
    </w:p>
    <w:p w14:paraId="05EEC4D3" w14:textId="5751F71E" w:rsidR="00445D6D" w:rsidRPr="0097208B" w:rsidRDefault="00445D6D" w:rsidP="00445D6D">
      <w:pPr>
        <w:rPr>
          <w:color w:val="000000" w:themeColor="text1"/>
          <w:lang w:eastAsia="ja-JP"/>
        </w:rPr>
      </w:pPr>
    </w:p>
    <w:p w14:paraId="1E0553BB" w14:textId="77777777" w:rsidR="001D3AFD" w:rsidRPr="0097208B" w:rsidRDefault="001D3AFD" w:rsidP="00445D6D">
      <w:pPr>
        <w:rPr>
          <w:color w:val="000000" w:themeColor="text1"/>
          <w:lang w:eastAsia="ja-JP"/>
        </w:rPr>
      </w:pPr>
    </w:p>
    <w:p w14:paraId="416C8D5E" w14:textId="77777777" w:rsidR="00C974ED" w:rsidRPr="0097208B" w:rsidRDefault="00C974ED" w:rsidP="00750744">
      <w:pPr>
        <w:ind w:firstLineChars="100" w:firstLine="220"/>
        <w:rPr>
          <w:color w:val="000000" w:themeColor="text1"/>
          <w:lang w:eastAsia="ja-JP"/>
        </w:rPr>
      </w:pPr>
    </w:p>
    <w:p w14:paraId="4D445EE3" w14:textId="77777777" w:rsidR="00D5751C" w:rsidRDefault="00D5751C" w:rsidP="00C974ED">
      <w:pPr>
        <w:ind w:firstLineChars="100" w:firstLine="220"/>
        <w:rPr>
          <w:rFonts w:ascii="ＭＳ ゴシック" w:eastAsia="ＭＳ ゴシック" w:hAnsi="ＭＳ ゴシック"/>
          <w:color w:val="000000" w:themeColor="text1"/>
          <w:lang w:eastAsia="ja-JP"/>
        </w:rPr>
      </w:pPr>
    </w:p>
    <w:p w14:paraId="2A5B5EC5" w14:textId="1D8D3559" w:rsidR="00C66791" w:rsidRPr="0097208B" w:rsidRDefault="00D9266E" w:rsidP="00C974ED">
      <w:pPr>
        <w:ind w:firstLineChars="100" w:firstLine="220"/>
        <w:rPr>
          <w:rFonts w:ascii="ＭＳ ゴシック" w:eastAsia="ＭＳ ゴシック" w:hAnsi="ＭＳ ゴシック"/>
          <w:color w:val="000000" w:themeColor="text1"/>
          <w:lang w:eastAsia="ja-JP"/>
        </w:rPr>
      </w:pPr>
      <w:r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(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2</w:t>
      </w:r>
      <w:r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)</w:t>
      </w:r>
      <w:r w:rsidR="00CA0E53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 xml:space="preserve">　過去</w:t>
      </w:r>
      <w:r w:rsidR="00150606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３年間（令和６年度～８年度）</w:t>
      </w:r>
      <w:r w:rsid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における</w:t>
      </w:r>
      <w:r w:rsidR="00473921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防災訓練の実施</w:t>
      </w:r>
      <w:r w:rsidR="001D3AFD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状況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・予定</w:t>
      </w:r>
    </w:p>
    <w:p w14:paraId="29802C71" w14:textId="430F3758" w:rsidR="005E6C5D" w:rsidRPr="0097208B" w:rsidRDefault="00D5751C">
      <w:pPr>
        <w:rPr>
          <w:color w:val="000000" w:themeColor="text1"/>
          <w:lang w:eastAsia="ja-JP"/>
        </w:rPr>
      </w:pPr>
      <w:r w:rsidRPr="0097208B">
        <w:rPr>
          <w:rFonts w:ascii="ＭＳ ゴシック" w:eastAsia="ＭＳ ゴシック" w:hAnsi="ＭＳ ゴシック" w:hint="eastAsia"/>
          <w:noProof/>
          <w:color w:val="000000" w:themeColor="text1"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4989B8" wp14:editId="0CF52326">
                <wp:simplePos x="0" y="0"/>
                <wp:positionH relativeFrom="margin">
                  <wp:posOffset>440690</wp:posOffset>
                </wp:positionH>
                <wp:positionV relativeFrom="paragraph">
                  <wp:posOffset>32385</wp:posOffset>
                </wp:positionV>
                <wp:extent cx="5208270" cy="1478280"/>
                <wp:effectExtent l="0" t="0" r="11430" b="26670"/>
                <wp:wrapNone/>
                <wp:docPr id="172339893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8270" cy="147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7F3554" w14:textId="2D582C0E" w:rsidR="00BC0DC6" w:rsidRPr="00750744" w:rsidRDefault="00BC0DC6" w:rsidP="004117C8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156EC893" w14:textId="77777777" w:rsidR="00BC0DC6" w:rsidRPr="00BC0DC6" w:rsidRDefault="00BC0DC6" w:rsidP="00473921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989B8" id="_x0000_s1027" type="#_x0000_t202" style="position:absolute;margin-left:34.7pt;margin-top:2.55pt;width:410.1pt;height:116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" fillcolor="white [3201]" strokeweight=".5pt">
                <v:textbox>
                  <w:txbxContent>
                    <w:p w14:paraId="377F3554" w14:textId="2D582C0E" w:rsidR="00BC0DC6" w:rsidRPr="00750744" w:rsidRDefault="00BC0DC6" w:rsidP="004117C8">
                      <w:pPr>
                        <w:rPr>
                          <w:lang w:eastAsia="ja-JP"/>
                        </w:rPr>
                      </w:pPr>
                    </w:p>
                    <w:p w14:paraId="156EC893" w14:textId="77777777" w:rsidR="00BC0DC6" w:rsidRPr="00BC0DC6" w:rsidRDefault="00BC0DC6" w:rsidP="00473921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0C47AC" w14:textId="77777777" w:rsidR="00445D6D" w:rsidRPr="0097208B" w:rsidRDefault="00445D6D" w:rsidP="00DC26C8">
      <w:pPr>
        <w:ind w:leftChars="100" w:left="440" w:hangingChars="100" w:hanging="220"/>
        <w:rPr>
          <w:color w:val="000000" w:themeColor="text1"/>
          <w:lang w:eastAsia="ja-JP"/>
        </w:rPr>
      </w:pPr>
    </w:p>
    <w:p w14:paraId="2BF67911" w14:textId="77777777" w:rsidR="00750744" w:rsidRPr="0097208B" w:rsidRDefault="00750744" w:rsidP="00DC26C8">
      <w:pPr>
        <w:ind w:leftChars="100" w:left="440" w:hangingChars="100" w:hanging="220"/>
        <w:rPr>
          <w:color w:val="000000" w:themeColor="text1"/>
          <w:lang w:eastAsia="ja-JP"/>
        </w:rPr>
      </w:pPr>
    </w:p>
    <w:p w14:paraId="4C85A9B7" w14:textId="77777777" w:rsidR="001D3AFD" w:rsidRPr="0097208B" w:rsidRDefault="001D3AFD" w:rsidP="00DC26C8">
      <w:pPr>
        <w:ind w:leftChars="100" w:left="440" w:hangingChars="100" w:hanging="220"/>
        <w:rPr>
          <w:color w:val="000000" w:themeColor="text1"/>
          <w:lang w:eastAsia="ja-JP"/>
        </w:rPr>
      </w:pPr>
    </w:p>
    <w:p w14:paraId="4C84BE15" w14:textId="77777777" w:rsidR="001D3AFD" w:rsidRPr="0097208B" w:rsidRDefault="001D3AFD" w:rsidP="00DC26C8">
      <w:pPr>
        <w:ind w:leftChars="100" w:left="440" w:hangingChars="100" w:hanging="220"/>
        <w:rPr>
          <w:color w:val="000000" w:themeColor="text1"/>
          <w:lang w:eastAsia="ja-JP"/>
        </w:rPr>
      </w:pPr>
    </w:p>
    <w:p w14:paraId="7BC8D9DD" w14:textId="25780BCC" w:rsidR="000F190B" w:rsidRPr="0097208B" w:rsidRDefault="00D9266E" w:rsidP="00DC26C8">
      <w:pPr>
        <w:ind w:leftChars="100" w:left="440" w:hangingChars="100" w:hanging="220"/>
        <w:rPr>
          <w:color w:val="000000" w:themeColor="text1"/>
          <w:lang w:eastAsia="ja-JP"/>
        </w:rPr>
      </w:pPr>
      <w:r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lastRenderedPageBreak/>
        <w:t>(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3</w:t>
      </w:r>
      <w:r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)</w:t>
      </w:r>
      <w:r w:rsidR="00473921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 xml:space="preserve">　</w:t>
      </w:r>
      <w:r w:rsidR="00473921" w:rsidRPr="0097208B">
        <w:rPr>
          <w:rFonts w:ascii="ＭＳ ゴシック" w:eastAsia="ＭＳ ゴシック" w:hAnsi="ＭＳ ゴシック"/>
          <w:color w:val="000000" w:themeColor="text1"/>
          <w:lang w:eastAsia="ja-JP"/>
        </w:rPr>
        <w:t>今後</w:t>
      </w:r>
      <w:r w:rsidR="00BF5B46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３年間</w:t>
      </w:r>
      <w:r w:rsidR="00150606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（令和９年度～11年度）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における</w:t>
      </w:r>
      <w:r w:rsidR="00473921" w:rsidRPr="0097208B">
        <w:rPr>
          <w:rFonts w:ascii="ＭＳ ゴシック" w:eastAsia="ＭＳ ゴシック" w:hAnsi="ＭＳ ゴシック"/>
          <w:color w:val="000000" w:themeColor="text1"/>
          <w:lang w:eastAsia="ja-JP"/>
        </w:rPr>
        <w:t>防災訓練の実施計画</w:t>
      </w:r>
      <w:r w:rsidR="00473921" w:rsidRPr="0097208B">
        <w:rPr>
          <w:rFonts w:hint="eastAsia"/>
          <w:color w:val="000000" w:themeColor="text1"/>
          <w:lang w:eastAsia="ja-JP"/>
        </w:rPr>
        <w:t>（訓練の実施内容や</w:t>
      </w:r>
      <w:r w:rsidR="0097208B">
        <w:rPr>
          <w:rFonts w:hint="eastAsia"/>
          <w:color w:val="000000" w:themeColor="text1"/>
          <w:lang w:eastAsia="ja-JP"/>
        </w:rPr>
        <w:t>申請する</w:t>
      </w:r>
      <w:r w:rsidR="00473921" w:rsidRPr="0097208B">
        <w:rPr>
          <w:rFonts w:hint="eastAsia"/>
          <w:color w:val="000000" w:themeColor="text1"/>
          <w:lang w:eastAsia="ja-JP"/>
        </w:rPr>
        <w:t>資機材の活用</w:t>
      </w:r>
      <w:r w:rsidR="00C974ED" w:rsidRPr="0097208B">
        <w:rPr>
          <w:rFonts w:hint="eastAsia"/>
          <w:color w:val="000000" w:themeColor="text1"/>
          <w:lang w:eastAsia="ja-JP"/>
        </w:rPr>
        <w:t>予定</w:t>
      </w:r>
      <w:r w:rsidR="00473921" w:rsidRPr="0097208B">
        <w:rPr>
          <w:rFonts w:hint="eastAsia"/>
          <w:color w:val="000000" w:themeColor="text1"/>
          <w:lang w:eastAsia="ja-JP"/>
        </w:rPr>
        <w:t>など</w:t>
      </w:r>
      <w:r w:rsidR="00C974ED" w:rsidRPr="0097208B">
        <w:rPr>
          <w:rFonts w:hint="eastAsia"/>
          <w:color w:val="000000" w:themeColor="text1"/>
          <w:lang w:eastAsia="ja-JP"/>
        </w:rPr>
        <w:t>を</w:t>
      </w:r>
      <w:r w:rsidR="00473921" w:rsidRPr="0097208B">
        <w:rPr>
          <w:rFonts w:hint="eastAsia"/>
          <w:color w:val="000000" w:themeColor="text1"/>
          <w:lang w:eastAsia="ja-JP"/>
        </w:rPr>
        <w:t>記載</w:t>
      </w:r>
      <w:r w:rsidR="001D3AFD" w:rsidRPr="0097208B">
        <w:rPr>
          <w:rFonts w:hint="eastAsia"/>
          <w:color w:val="000000" w:themeColor="text1"/>
          <w:lang w:eastAsia="ja-JP"/>
        </w:rPr>
        <w:t>願います</w:t>
      </w:r>
      <w:r w:rsidR="00473921" w:rsidRPr="0097208B">
        <w:rPr>
          <w:rFonts w:hint="eastAsia"/>
          <w:color w:val="000000" w:themeColor="text1"/>
          <w:lang w:eastAsia="ja-JP"/>
        </w:rPr>
        <w:t>。）</w:t>
      </w:r>
    </w:p>
    <w:p w14:paraId="183A34D7" w14:textId="73646905" w:rsidR="00445D6D" w:rsidRPr="0097208B" w:rsidRDefault="00750744" w:rsidP="00DC26C8">
      <w:pPr>
        <w:ind w:leftChars="100" w:left="440" w:hangingChars="100" w:hanging="220"/>
        <w:rPr>
          <w:color w:val="000000" w:themeColor="text1"/>
          <w:lang w:eastAsia="ja-JP"/>
        </w:rPr>
      </w:pPr>
      <w:r w:rsidRPr="0097208B">
        <w:rPr>
          <w:rFonts w:hint="eastAsia"/>
          <w:noProof/>
          <w:color w:val="000000" w:themeColor="text1"/>
          <w:lang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DAFF8B" wp14:editId="08FAD8AB">
                <wp:simplePos x="0" y="0"/>
                <wp:positionH relativeFrom="margin">
                  <wp:posOffset>461645</wp:posOffset>
                </wp:positionH>
                <wp:positionV relativeFrom="paragraph">
                  <wp:posOffset>3810</wp:posOffset>
                </wp:positionV>
                <wp:extent cx="5189220" cy="2171700"/>
                <wp:effectExtent l="0" t="0" r="11430" b="19050"/>
                <wp:wrapNone/>
                <wp:docPr id="6600417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9220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D9F2E" w14:textId="77777777" w:rsidR="00445D6D" w:rsidRPr="00750744" w:rsidRDefault="00445D6D" w:rsidP="00445D6D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AFF8B" id="_x0000_s1028" type="#_x0000_t202" style="position:absolute;left:0;text-align:left;margin-left:36.35pt;margin-top:.3pt;width:408.6pt;height:17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" fillcolor="white [3201]" strokeweight=".5pt">
                <v:textbox>
                  <w:txbxContent>
                    <w:p w14:paraId="35AD9F2E" w14:textId="77777777" w:rsidR="00445D6D" w:rsidRPr="00750744" w:rsidRDefault="00445D6D" w:rsidP="00445D6D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9B3996" w14:textId="72A65DAB" w:rsidR="00445D6D" w:rsidRPr="0097208B" w:rsidRDefault="00445D6D" w:rsidP="00DC26C8">
      <w:pPr>
        <w:ind w:leftChars="100" w:left="440" w:hangingChars="100" w:hanging="220"/>
        <w:rPr>
          <w:color w:val="000000" w:themeColor="text1"/>
          <w:lang w:eastAsia="ja-JP"/>
        </w:rPr>
      </w:pPr>
    </w:p>
    <w:p w14:paraId="4BEF3321" w14:textId="77777777" w:rsidR="00DC26C8" w:rsidRPr="0097208B" w:rsidRDefault="00DC26C8" w:rsidP="00DC26C8">
      <w:pPr>
        <w:ind w:leftChars="100" w:left="440" w:hangingChars="100" w:hanging="220"/>
        <w:rPr>
          <w:color w:val="000000" w:themeColor="text1"/>
          <w:lang w:eastAsia="ja-JP"/>
        </w:rPr>
      </w:pPr>
    </w:p>
    <w:p w14:paraId="7EC579AF" w14:textId="77777777" w:rsidR="00445D6D" w:rsidRPr="0097208B" w:rsidRDefault="00445D6D" w:rsidP="002E7C52">
      <w:pPr>
        <w:ind w:firstLineChars="100" w:firstLine="220"/>
        <w:rPr>
          <w:color w:val="000000" w:themeColor="text1"/>
          <w:lang w:eastAsia="ja-JP"/>
        </w:rPr>
      </w:pPr>
    </w:p>
    <w:p w14:paraId="6283F998" w14:textId="77777777" w:rsidR="00445D6D" w:rsidRPr="0097208B" w:rsidRDefault="00445D6D" w:rsidP="002E7C52">
      <w:pPr>
        <w:ind w:firstLineChars="100" w:firstLine="220"/>
        <w:rPr>
          <w:color w:val="000000" w:themeColor="text1"/>
          <w:lang w:eastAsia="ja-JP"/>
        </w:rPr>
      </w:pPr>
    </w:p>
    <w:p w14:paraId="528D75C6" w14:textId="77777777" w:rsidR="00445D6D" w:rsidRPr="0097208B" w:rsidRDefault="00445D6D" w:rsidP="002E7C52">
      <w:pPr>
        <w:ind w:firstLineChars="100" w:firstLine="220"/>
        <w:rPr>
          <w:color w:val="000000" w:themeColor="text1"/>
          <w:lang w:eastAsia="ja-JP"/>
        </w:rPr>
      </w:pPr>
    </w:p>
    <w:p w14:paraId="7A8103B5" w14:textId="77777777" w:rsidR="00445D6D" w:rsidRPr="0097208B" w:rsidRDefault="00445D6D" w:rsidP="002E7C52">
      <w:pPr>
        <w:ind w:firstLineChars="100" w:firstLine="220"/>
        <w:rPr>
          <w:color w:val="000000" w:themeColor="text1"/>
          <w:lang w:eastAsia="ja-JP"/>
        </w:rPr>
      </w:pPr>
    </w:p>
    <w:p w14:paraId="6962539D" w14:textId="146B56CB" w:rsidR="00473921" w:rsidRPr="0097208B" w:rsidRDefault="001D3AFD" w:rsidP="002E7C52">
      <w:pPr>
        <w:ind w:firstLineChars="100" w:firstLine="220"/>
        <w:rPr>
          <w:rFonts w:ascii="ＭＳ ゴシック" w:eastAsia="ＭＳ ゴシック" w:hAnsi="ＭＳ ゴシック"/>
          <w:color w:val="000000" w:themeColor="text1"/>
          <w:lang w:eastAsia="ja-JP"/>
        </w:rPr>
      </w:pPr>
      <w:r w:rsidRPr="0097208B">
        <w:rPr>
          <w:rFonts w:ascii="ＭＳ ゴシック" w:eastAsia="ＭＳ ゴシック" w:hAnsi="ＭＳ ゴシック" w:hint="eastAsia"/>
          <w:noProof/>
          <w:color w:val="000000" w:themeColor="text1"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F81B5E" wp14:editId="5750CFF5">
                <wp:simplePos x="0" y="0"/>
                <wp:positionH relativeFrom="margin">
                  <wp:posOffset>509269</wp:posOffset>
                </wp:positionH>
                <wp:positionV relativeFrom="paragraph">
                  <wp:posOffset>273050</wp:posOffset>
                </wp:positionV>
                <wp:extent cx="5141595" cy="1609725"/>
                <wp:effectExtent l="0" t="0" r="20955" b="28575"/>
                <wp:wrapNone/>
                <wp:docPr id="52543079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159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779944" w14:textId="6B6AB02C" w:rsidR="00BC0DC6" w:rsidRDefault="00BC0DC6" w:rsidP="00473921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81B5E" id="_x0000_s1029" type="#_x0000_t202" style="position:absolute;left:0;text-align:left;margin-left:40.1pt;margin-top:21.5pt;width:404.85pt;height:126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" fillcolor="white [3201]" strokeweight=".5pt">
                <v:textbox>
                  <w:txbxContent>
                    <w:p w14:paraId="55779944" w14:textId="6B6AB02C" w:rsidR="00BC0DC6" w:rsidRDefault="00BC0DC6" w:rsidP="00473921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9266E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(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4</w:t>
      </w:r>
      <w:r w:rsidR="00D9266E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)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 xml:space="preserve">　</w:t>
      </w:r>
      <w:r w:rsidR="00473921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地区防災計画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へ</w:t>
      </w:r>
      <w:r w:rsidR="00473921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の</w:t>
      </w:r>
      <w:r w:rsidR="0097208B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取組</w:t>
      </w:r>
      <w:r w:rsidR="00473921" w:rsidRPr="0097208B">
        <w:rPr>
          <w:rFonts w:ascii="ＭＳ ゴシック" w:eastAsia="ＭＳ ゴシック" w:hAnsi="ＭＳ ゴシック" w:hint="eastAsia"/>
          <w:color w:val="000000" w:themeColor="text1"/>
          <w:lang w:eastAsia="ja-JP"/>
        </w:rPr>
        <w:t>状況</w:t>
      </w:r>
    </w:p>
    <w:p w14:paraId="52EB761B" w14:textId="2C527112" w:rsidR="00473921" w:rsidRPr="0097208B" w:rsidRDefault="00473921" w:rsidP="00473921">
      <w:pPr>
        <w:ind w:firstLineChars="100" w:firstLine="220"/>
        <w:rPr>
          <w:color w:val="000000" w:themeColor="text1"/>
          <w:lang w:eastAsia="ja-JP"/>
        </w:rPr>
      </w:pPr>
    </w:p>
    <w:p w14:paraId="511BDA98" w14:textId="50766736" w:rsidR="00C66791" w:rsidRPr="0097208B" w:rsidRDefault="00C66791">
      <w:pPr>
        <w:rPr>
          <w:color w:val="000000" w:themeColor="text1"/>
          <w:lang w:eastAsia="ja-JP"/>
        </w:rPr>
      </w:pPr>
    </w:p>
    <w:p w14:paraId="29AE229C" w14:textId="77777777" w:rsidR="00BC0DC6" w:rsidRPr="0097208B" w:rsidRDefault="00BC0DC6" w:rsidP="002E7C52">
      <w:pPr>
        <w:ind w:firstLineChars="100" w:firstLine="220"/>
        <w:rPr>
          <w:color w:val="000000" w:themeColor="text1"/>
          <w:lang w:eastAsia="ja-JP"/>
        </w:rPr>
      </w:pPr>
    </w:p>
    <w:p w14:paraId="1133319A" w14:textId="33CE18F4" w:rsidR="00445D6D" w:rsidRPr="0097208B" w:rsidRDefault="00445D6D" w:rsidP="00445D6D">
      <w:pPr>
        <w:rPr>
          <w:color w:val="000000" w:themeColor="text1"/>
          <w:lang w:eastAsia="ja-JP"/>
        </w:rPr>
      </w:pPr>
    </w:p>
    <w:p w14:paraId="34BD00D2" w14:textId="77777777" w:rsidR="00750744" w:rsidRPr="0097208B" w:rsidRDefault="00750744" w:rsidP="00750744">
      <w:pPr>
        <w:ind w:firstLineChars="100" w:firstLine="220"/>
        <w:rPr>
          <w:color w:val="000000" w:themeColor="text1"/>
          <w:lang w:eastAsia="ja-JP"/>
        </w:rPr>
      </w:pPr>
    </w:p>
    <w:sectPr w:rsidR="00750744" w:rsidRPr="0097208B" w:rsidSect="00150606">
      <w:pgSz w:w="12240" w:h="15840" w:code="1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F90E6" w14:textId="77777777" w:rsidR="00A70EE6" w:rsidRDefault="00A70EE6" w:rsidP="00141AAC">
      <w:pPr>
        <w:spacing w:after="0" w:line="240" w:lineRule="auto"/>
      </w:pPr>
      <w:r>
        <w:separator/>
      </w:r>
    </w:p>
  </w:endnote>
  <w:endnote w:type="continuationSeparator" w:id="0">
    <w:p w14:paraId="62BB6A1F" w14:textId="77777777" w:rsidR="00A70EE6" w:rsidRDefault="00A70EE6" w:rsidP="00141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C5CD2" w14:textId="77777777" w:rsidR="00A70EE6" w:rsidRDefault="00A70EE6" w:rsidP="00141AAC">
      <w:pPr>
        <w:spacing w:after="0" w:line="240" w:lineRule="auto"/>
      </w:pPr>
      <w:r>
        <w:separator/>
      </w:r>
    </w:p>
  </w:footnote>
  <w:footnote w:type="continuationSeparator" w:id="0">
    <w:p w14:paraId="752079D3" w14:textId="77777777" w:rsidR="00A70EE6" w:rsidRDefault="00A70EE6" w:rsidP="00141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787059">
    <w:abstractNumId w:val="8"/>
  </w:num>
  <w:num w:numId="2" w16cid:durableId="1065450713">
    <w:abstractNumId w:val="6"/>
  </w:num>
  <w:num w:numId="3" w16cid:durableId="1144152636">
    <w:abstractNumId w:val="5"/>
  </w:num>
  <w:num w:numId="4" w16cid:durableId="2112119581">
    <w:abstractNumId w:val="4"/>
  </w:num>
  <w:num w:numId="5" w16cid:durableId="27338394">
    <w:abstractNumId w:val="7"/>
  </w:num>
  <w:num w:numId="6" w16cid:durableId="2002660504">
    <w:abstractNumId w:val="3"/>
  </w:num>
  <w:num w:numId="7" w16cid:durableId="708456035">
    <w:abstractNumId w:val="2"/>
  </w:num>
  <w:num w:numId="8" w16cid:durableId="1190068794">
    <w:abstractNumId w:val="1"/>
  </w:num>
  <w:num w:numId="9" w16cid:durableId="503974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F18"/>
    <w:rsid w:val="00034616"/>
    <w:rsid w:val="00042C0B"/>
    <w:rsid w:val="00045E0B"/>
    <w:rsid w:val="0006063C"/>
    <w:rsid w:val="000B2B1C"/>
    <w:rsid w:val="000C556D"/>
    <w:rsid w:val="000F190B"/>
    <w:rsid w:val="001332D5"/>
    <w:rsid w:val="00141AAC"/>
    <w:rsid w:val="00150606"/>
    <w:rsid w:val="0015074B"/>
    <w:rsid w:val="001A0EB7"/>
    <w:rsid w:val="001C1BD2"/>
    <w:rsid w:val="001D3AFD"/>
    <w:rsid w:val="00287429"/>
    <w:rsid w:val="0029639D"/>
    <w:rsid w:val="002C39F8"/>
    <w:rsid w:val="002E7C52"/>
    <w:rsid w:val="00326F90"/>
    <w:rsid w:val="00346381"/>
    <w:rsid w:val="003A3A91"/>
    <w:rsid w:val="004117C8"/>
    <w:rsid w:val="00445D6D"/>
    <w:rsid w:val="004561F7"/>
    <w:rsid w:val="00465E92"/>
    <w:rsid w:val="00473921"/>
    <w:rsid w:val="004E7F68"/>
    <w:rsid w:val="005E6C5D"/>
    <w:rsid w:val="00662845"/>
    <w:rsid w:val="006A5EC6"/>
    <w:rsid w:val="006B61DA"/>
    <w:rsid w:val="00750744"/>
    <w:rsid w:val="007A0837"/>
    <w:rsid w:val="0080206A"/>
    <w:rsid w:val="00834338"/>
    <w:rsid w:val="00845032"/>
    <w:rsid w:val="00866AF6"/>
    <w:rsid w:val="008E4378"/>
    <w:rsid w:val="00964274"/>
    <w:rsid w:val="0097208B"/>
    <w:rsid w:val="009B7E34"/>
    <w:rsid w:val="00A23AFC"/>
    <w:rsid w:val="00A70EE6"/>
    <w:rsid w:val="00AA1D8D"/>
    <w:rsid w:val="00AC3E2A"/>
    <w:rsid w:val="00B47730"/>
    <w:rsid w:val="00B845CB"/>
    <w:rsid w:val="00BC0DC6"/>
    <w:rsid w:val="00BD6F89"/>
    <w:rsid w:val="00BF5B46"/>
    <w:rsid w:val="00C32BDA"/>
    <w:rsid w:val="00C66791"/>
    <w:rsid w:val="00C91D99"/>
    <w:rsid w:val="00C974ED"/>
    <w:rsid w:val="00CA0E53"/>
    <w:rsid w:val="00CB0664"/>
    <w:rsid w:val="00D5751C"/>
    <w:rsid w:val="00D9266E"/>
    <w:rsid w:val="00DC26C8"/>
    <w:rsid w:val="00DF22E6"/>
    <w:rsid w:val="00E07EB0"/>
    <w:rsid w:val="00E161E0"/>
    <w:rsid w:val="00E36AB5"/>
    <w:rsid w:val="00E41501"/>
    <w:rsid w:val="00E453A7"/>
    <w:rsid w:val="00EA3933"/>
    <w:rsid w:val="00F80D8F"/>
    <w:rsid w:val="00F83E3B"/>
    <w:rsid w:val="00FC693F"/>
    <w:rsid w:val="00FD7F34"/>
    <w:rsid w:val="00F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B5269F"/>
  <w14:defaultImageDpi w14:val="300"/>
  <w15:docId w15:val="{7D623285-AC82-470A-8037-FEE6C3A1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BC0DC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石山 暉人</cp:lastModifiedBy>
  <cp:revision>2</cp:revision>
  <cp:lastPrinted>2026-09-24T10:28:00Z</cp:lastPrinted>
  <dcterms:created xsi:type="dcterms:W3CDTF">2026-09-28T23:33:00Z</dcterms:created>
  <dcterms:modified xsi:type="dcterms:W3CDTF">2026-09-28T23:33:00Z</dcterms:modified>
  <cp:category/>
</cp:coreProperties>
</file>